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pPr>
      <w:r>
        <w:rPr>
          <w:b/>
          <w:color w:val="163653"/>
          <w:sz w:val="48"/>
        </w:rPr>
        <w:t>AJ SCHLEICH</w:t>
      </w:r>
    </w:p>
    <w:p>
      <w:pPr>
        <w:keepNext/>
        <w:spacing w:after="80"/>
      </w:pPr>
      <w:r>
        <w:rPr>
          <w:b/>
          <w:color w:val="235F86"/>
          <w:sz w:val="21"/>
        </w:rPr>
        <w:t>DIRECTOR OF SOFTWARE DESIGN | UX &amp; ENGINEERING LEADERSHIP</w:t>
      </w:r>
    </w:p>
    <w:p>
      <w:pPr>
        <w:pStyle w:val="ResumeContact"/>
      </w:pPr>
      <w:r>
        <w:t>(303) 915-1887 | ajschleich24@gmail.com | Anthonydzign.com | Portfolio code: 42035</w:t>
      </w:r>
    </w:p>
    <w:p>
      <w:pPr>
        <w:pStyle w:val="Heading1"/>
        <w:pBdr>
          <w:bottom w:val="single" w:sz="4" w:color="BCCBD7" w:space="3"/>
        </w:pBdr>
      </w:pPr>
      <w:r>
        <w:t>PROFILE</w:t>
      </w:r>
    </w:p>
    <w:p>
      <w:r>
        <w:t>Software design and engineering leader combining UX team management with hands-on full-stack development. Guides design systems, application modernization, and delivery across enterprise web and mobile products. Brings experience in sprint planning, pull request reviews, user story development, and SDLC policy, connecting product requirements with consistent, maintainable software.</w:t>
      </w:r>
    </w:p>
    <w:p>
      <w:pPr>
        <w:pStyle w:val="ResumeSkills"/>
      </w:pPr>
      <w:r>
        <w:rPr>
          <w:b/>
        </w:rPr>
        <w:t xml:space="preserve">Leadership focus: </w:t>
      </w:r>
      <w:r>
        <w:t>UX team management • Design systems • Sprint planning • PR reviews • User story packages • SDLC policy • Stakeholder collaboration</w:t>
      </w:r>
    </w:p>
    <w:p>
      <w:pPr>
        <w:pStyle w:val="Heading1"/>
        <w:pBdr>
          <w:bottom w:val="single" w:sz="4" w:color="BCCBD7" w:space="3"/>
        </w:pBdr>
      </w:pPr>
      <w:r>
        <w:t>PROFESSIONAL EXPERIENCE</w:t>
      </w:r>
    </w:p>
    <w:p>
      <w:pPr>
        <w:pStyle w:val="Heading2"/>
        <w:keepNext/>
      </w:pPr>
      <w:r>
        <w:t>Nexee | Director of Software Design</w:t>
      </w:r>
    </w:p>
    <w:p>
      <w:pPr>
        <w:pStyle w:val="ResumeDates"/>
      </w:pPr>
      <w:r>
        <w:t>March 2025–Present</w:t>
      </w:r>
    </w:p>
    <w:p>
      <w:pPr>
        <w:pStyle w:val="ResumeBullet"/>
        <w:numPr>
          <w:ilvl w:val="0"/>
          <w:numId w:val="42"/>
        </w:numPr>
      </w:pPr>
      <w:r>
        <w:t>Direct software design and manage the UX team for a .NET and C# application built with Wisej.</w:t>
      </w:r>
    </w:p>
    <w:p>
      <w:pPr>
        <w:pStyle w:val="ResumeBullet"/>
        <w:numPr>
          <w:ilvl w:val="0"/>
          <w:numId w:val="42"/>
        </w:numPr>
      </w:pPr>
      <w:r>
        <w:t>Define shared design tokens and variables and guide their export through a custom Figma plugin for consistent use throughout the application.</w:t>
      </w:r>
    </w:p>
    <w:p>
      <w:pPr>
        <w:pStyle w:val="ResumeBullet"/>
        <w:numPr>
          <w:ilvl w:val="0"/>
          <w:numId w:val="42"/>
        </w:numPr>
      </w:pPr>
      <w:r>
        <w:t>Review pull requests to align implementation with design standards, reusable patterns, and maintainable code.</w:t>
      </w:r>
    </w:p>
    <w:p>
      <w:pPr>
        <w:pStyle w:val="ResumeBullet"/>
        <w:numPr>
          <w:ilvl w:val="0"/>
          <w:numId w:val="42"/>
        </w:numPr>
      </w:pPr>
      <w:r>
        <w:t>Lead sprint planning and write user story packages that translate product and UX requirements into actionable development work.</w:t>
      </w:r>
    </w:p>
    <w:p>
      <w:pPr>
        <w:pStyle w:val="ResumeBullet"/>
        <w:numPr>
          <w:ilvl w:val="0"/>
          <w:numId w:val="42"/>
        </w:numPr>
      </w:pPr>
      <w:r>
        <w:t>Author SDLC policy to define a consistent approach to software planning, development, review, and delivery.</w:t>
      </w:r>
    </w:p>
    <w:p>
      <w:pPr>
        <w:pStyle w:val="Heading2"/>
        <w:keepNext/>
      </w:pPr>
      <w:r>
        <w:t>Clarity Security | Senior UI/UX &amp; Design Systems Engineer</w:t>
      </w:r>
    </w:p>
    <w:p>
      <w:pPr>
        <w:pStyle w:val="ResumeDates"/>
      </w:pPr>
      <w:r>
        <w:t>Denver, CO | April 2024–Present</w:t>
      </w:r>
    </w:p>
    <w:p>
      <w:pPr>
        <w:pStyle w:val="ResumeBullet"/>
        <w:numPr>
          <w:ilvl w:val="0"/>
          <w:numId w:val="42"/>
        </w:numPr>
      </w:pPr>
      <w:r>
        <w:t>Drove UI modernization, replacing legacy components and outdated workflows with clearer, more intuitive user experiences.</w:t>
      </w:r>
    </w:p>
    <w:p>
      <w:pPr>
        <w:pStyle w:val="ResumeBullet"/>
        <w:numPr>
          <w:ilvl w:val="0"/>
          <w:numId w:val="42"/>
        </w:numPr>
      </w:pPr>
      <w:r>
        <w:t>Translated stakeholder discovery into high-fidelity prototypes and production interfaces using scalable design patterns.</w:t>
      </w:r>
    </w:p>
    <w:p>
      <w:pPr>
        <w:pStyle w:val="ResumeBullet"/>
        <w:numPr>
          <w:ilvl w:val="0"/>
          <w:numId w:val="42"/>
        </w:numPr>
      </w:pPr>
      <w:r>
        <w:t>Shaped the platform design system with product and engineering, validating features and refining user flows.</w:t>
      </w:r>
    </w:p>
    <w:p>
      <w:pPr>
        <w:pStyle w:val="Heading2"/>
        <w:keepNext/>
      </w:pPr>
      <w:r>
        <w:t>OneFlight International | Full-Stack Software Engineer, Mobile Delivery</w:t>
      </w:r>
    </w:p>
    <w:p>
      <w:pPr>
        <w:pStyle w:val="ResumeDates"/>
      </w:pPr>
      <w:r>
        <w:t>Denver, CO · Hybrid | Jan 2022–April 2024</w:t>
      </w:r>
    </w:p>
    <w:p>
      <w:pPr>
        <w:pStyle w:val="ResumeBullet"/>
        <w:numPr>
          <w:ilvl w:val="0"/>
          <w:numId w:val="42"/>
        </w:numPr>
      </w:pPr>
      <w:r>
        <w:t>Led technical delivery of modular interfaces for C# and Blazor applications and real-time .NET data integration through MAUI.</w:t>
      </w:r>
    </w:p>
    <w:p>
      <w:pPr>
        <w:pStyle w:val="ResumeBullet"/>
        <w:numPr>
          <w:ilvl w:val="0"/>
          <w:numId w:val="42"/>
        </w:numPr>
      </w:pPr>
      <w:r>
        <w:t>Managed branching, testing, and deployment workflows through GitHub and Azure, delivering optimized Android and iOS builds.</w:t>
      </w:r>
    </w:p>
    <w:p>
      <w:pPr>
        <w:pStyle w:val="Heading2"/>
        <w:keepNext/>
      </w:pPr>
      <w:r>
        <w:t>Sandia National Laboratories | Web Platform &amp; DevOps Engineer</w:t>
      </w:r>
    </w:p>
    <w:p>
      <w:pPr>
        <w:pStyle w:val="ResumeDates"/>
      </w:pPr>
      <w:r>
        <w:t>Albuquerque, NM | May 2020–Jan 2022</w:t>
      </w:r>
    </w:p>
    <w:p>
      <w:pPr>
        <w:pStyle w:val="ResumeBullet"/>
        <w:numPr>
          <w:ilvl w:val="0"/>
          <w:numId w:val="42"/>
        </w:numPr>
      </w:pPr>
      <w:r>
        <w:t>Supported front-end and back-end delivery across 350+ internal and external websites, including custom WordPress plugins and multisite components.</w:t>
      </w:r>
    </w:p>
    <w:p>
      <w:pPr>
        <w:pStyle w:val="ResumeBullet"/>
        <w:numPr>
          <w:ilvl w:val="0"/>
          <w:numId w:val="42"/>
        </w:numPr>
      </w:pPr>
      <w:r>
        <w:t>Managed Docker and GitLab workflows, resolved PHP issues, and improved CI/CD pipelines and webpack builds.</w:t>
      </w:r>
    </w:p>
    <w:p>
      <w:pPr>
        <w:pStyle w:val="Heading1"/>
        <w:pageBreakBefore/>
        <w:pBdr>
          <w:bottom w:val="single" w:sz="4" w:color="BCCBD7" w:space="3"/>
        </w:pBdr>
      </w:pPr>
      <w:r>
        <w:t>PROFESSIONAL EXPERIENCE · CONTINUED</w:t>
      </w:r>
    </w:p>
    <w:p>
      <w:pPr>
        <w:pStyle w:val="Heading2"/>
        <w:keepNext/>
      </w:pPr>
      <w:r>
        <w:t>MoonRoom | Lead UI Engineer</w:t>
      </w:r>
    </w:p>
    <w:p>
      <w:pPr>
        <w:pStyle w:val="ResumeDates"/>
      </w:pPr>
      <w:r>
        <w:t>San Francisco, CA · Remote | May 2020–Jan 2022</w:t>
      </w:r>
    </w:p>
    <w:p>
      <w:pPr>
        <w:pStyle w:val="ResumeBullet"/>
        <w:numPr>
          <w:ilvl w:val="0"/>
          <w:numId w:val="42"/>
        </w:numPr>
      </w:pPr>
      <w:r>
        <w:t>Led UI development for a stock-trading application using Svelte and React.</w:t>
      </w:r>
    </w:p>
    <w:p>
      <w:pPr>
        <w:pStyle w:val="ResumeBullet"/>
        <w:numPr>
          <w:ilvl w:val="0"/>
          <w:numId w:val="42"/>
        </w:numPr>
      </w:pPr>
      <w:r>
        <w:t>Connected Figma designs with scalable component structures, object-oriented patterns, and Svelte state management.</w:t>
      </w:r>
    </w:p>
    <w:p>
      <w:pPr>
        <w:pStyle w:val="ResumeBullet"/>
        <w:numPr>
          <w:ilvl w:val="0"/>
          <w:numId w:val="42"/>
        </w:numPr>
      </w:pPr>
      <w:r>
        <w:t>Established component testing with Nightwatch.js and Storybook.js.</w:t>
      </w:r>
    </w:p>
    <w:p>
      <w:pPr>
        <w:pStyle w:val="Heading2"/>
        <w:keepNext/>
      </w:pPr>
      <w:r>
        <w:t>Empire Beauty School | React &amp; Web/Mobile Platform Engineer</w:t>
      </w:r>
    </w:p>
    <w:p>
      <w:pPr>
        <w:pStyle w:val="ResumeDates"/>
      </w:pPr>
      <w:r>
        <w:t>Pennsylvania · Remote | Jan 2018–May 2020</w:t>
      </w:r>
    </w:p>
    <w:p>
      <w:pPr>
        <w:pStyle w:val="ResumeBullet"/>
        <w:numPr>
          <w:ilvl w:val="0"/>
          <w:numId w:val="42"/>
        </w:numPr>
      </w:pPr>
      <w:r>
        <w:t>Drove development of a web and mobile platform connecting students with employers nationwide.</w:t>
      </w:r>
    </w:p>
    <w:p>
      <w:pPr>
        <w:pStyle w:val="ResumeBullet"/>
        <w:numPr>
          <w:ilvl w:val="0"/>
          <w:numId w:val="42"/>
        </w:numPr>
      </w:pPr>
      <w:r>
        <w:t>Delivered profiles, resumes, portfolios, job search, and real-time chat for 77+ campuses and thousands of students.</w:t>
      </w:r>
    </w:p>
    <w:p>
      <w:pPr>
        <w:pStyle w:val="Heading2"/>
        <w:keepNext/>
      </w:pPr>
      <w:r>
        <w:t>UCPM | Software &amp; Infrastructure Engineer</w:t>
      </w:r>
    </w:p>
    <w:p>
      <w:pPr>
        <w:pStyle w:val="ResumeDates"/>
      </w:pPr>
      <w:r>
        <w:t>Gilbert, AZ | Oct 2013–Jan 2018</w:t>
      </w:r>
    </w:p>
    <w:p>
      <w:pPr>
        <w:pStyle w:val="ResumeBullet"/>
        <w:numPr>
          <w:ilvl w:val="0"/>
          <w:numId w:val="42"/>
        </w:numPr>
      </w:pPr>
      <w:r>
        <w:t>Managed .NET MVC application and UI/UX development, database engineering, and technical support for brokerage systems.</w:t>
      </w:r>
    </w:p>
    <w:p>
      <w:pPr>
        <w:pStyle w:val="ResumeBullet"/>
        <w:numPr>
          <w:ilvl w:val="0"/>
          <w:numId w:val="42"/>
        </w:numPr>
      </w:pPr>
      <w:r>
        <w:t>Managed VMware servers, backups, firewall and Cisco security, telecommunications, and wireless infrastructure.</w:t>
      </w:r>
    </w:p>
    <w:p>
      <w:pPr>
        <w:pStyle w:val="Heading2"/>
        <w:keepNext/>
      </w:pPr>
      <w:r>
        <w:t>Mountain Trails Fine Art | Web Development &amp; Digital Delivery Lead</w:t>
      </w:r>
    </w:p>
    <w:p>
      <w:pPr>
        <w:pStyle w:val="ResumeDates"/>
      </w:pPr>
      <w:r>
        <w:t>Santa Fe, NM | Mar 2008–Jan 2012</w:t>
      </w:r>
    </w:p>
    <w:p>
      <w:pPr>
        <w:pStyle w:val="ResumeBullet"/>
        <w:numPr>
          <w:ilvl w:val="0"/>
          <w:numId w:val="42"/>
        </w:numPr>
      </w:pPr>
      <w:r>
        <w:t>Led SEO, social integration, and Agile/Scrum workflows; developed websites, branding, and marketing materials.</w:t>
      </w:r>
    </w:p>
    <w:p>
      <w:pPr>
        <w:pStyle w:val="ResumeBullet"/>
        <w:numPr>
          <w:ilvl w:val="0"/>
          <w:numId w:val="42"/>
        </w:numPr>
      </w:pPr>
      <w:r>
        <w:t>Performed advanced technical diagnostics and supported legal and technology compliance.</w:t>
      </w:r>
    </w:p>
    <w:p>
      <w:pPr>
        <w:pStyle w:val="Heading2"/>
        <w:keepNext/>
      </w:pPr>
      <w:r>
        <w:t>National MailIT | Software Developer &amp; IT Operations Co-Lead</w:t>
      </w:r>
    </w:p>
    <w:p>
      <w:pPr>
        <w:pStyle w:val="ResumeDates"/>
      </w:pPr>
      <w:r>
        <w:t>Shreveport, LA | Jan 2007–Feb 2008</w:t>
      </w:r>
    </w:p>
    <w:p>
      <w:pPr>
        <w:pStyle w:val="ResumeBullet"/>
        <w:numPr>
          <w:ilvl w:val="0"/>
          <w:numId w:val="42"/>
        </w:numPr>
      </w:pPr>
      <w:r>
        <w:t>Co-managed IT operations supporting 400+ computers and print and mailing workflows.</w:t>
      </w:r>
    </w:p>
    <w:p>
      <w:pPr>
        <w:pStyle w:val="ResumeBullet"/>
        <w:numPr>
          <w:ilvl w:val="0"/>
          <w:numId w:val="42"/>
        </w:numPr>
      </w:pPr>
      <w:r>
        <w:t>Built marketing websites and data systems supporting monthly mail campaigns reaching 3M+ households.</w:t>
      </w:r>
    </w:p>
    <w:p>
      <w:pPr>
        <w:pStyle w:val="Heading1"/>
        <w:pBdr>
          <w:bottom w:val="single" w:sz="4" w:color="BCCBD7" w:space="3"/>
        </w:pBdr>
      </w:pPr>
      <w:r>
        <w:t>TECHNICAL EXPERTISE</w:t>
      </w:r>
    </w:p>
    <w:p>
      <w:pPr>
        <w:pStyle w:val="ResumeSkills"/>
      </w:pPr>
      <w:r>
        <w:rPr>
          <w:b/>
        </w:rPr>
        <w:t xml:space="preserve">Engineering: </w:t>
      </w:r>
      <w:r>
        <w:t>C#, .NET, Wisej, Blazor, MAUI, TypeScript, JavaScript, Java, PHP, Objective-C; React, Svelte, Angular, Vue, jQuery, MVC, HTML5, CSS, Jade.</w:t>
      </w:r>
    </w:p>
    <w:p>
      <w:pPr>
        <w:pStyle w:val="ResumeSkills"/>
      </w:pPr>
      <w:r>
        <w:rPr>
          <w:b/>
        </w:rPr>
        <w:t xml:space="preserve">Platforms &amp; data: </w:t>
      </w:r>
      <w:r>
        <w:t>Node.js, Express, GraphQL/Apollo, REST APIs, MySQL, SQL Server, data migration; SaaS, WordPress, Shopify, WooCommerce, Joomla, Drupal, custom plugins.</w:t>
      </w:r>
    </w:p>
    <w:p>
      <w:pPr>
        <w:pStyle w:val="ResumeSkills"/>
      </w:pPr>
      <w:r>
        <w:rPr>
          <w:b/>
        </w:rPr>
        <w:t xml:space="preserve">Design &amp; quality: </w:t>
      </w:r>
      <w:r>
        <w:t>Figma, design tokens and variables, responsive UI/UX, Adobe Creative Suite; Storybook, Nightwatch, Jest, Mocha, Selenium, Cypress.</w:t>
      </w:r>
    </w:p>
    <w:p>
      <w:pPr>
        <w:pStyle w:val="ResumeSkills"/>
      </w:pPr>
      <w:r>
        <w:rPr>
          <w:b/>
        </w:rPr>
        <w:t xml:space="preserve">Delivery &amp; infrastructure: </w:t>
      </w:r>
      <w:r>
        <w:t>Git, GitHub, GitLab, Bitbucket, Azure DevOps, Jenkins, Docker, AWS, Azure, Apache, DNS, SSL; Rider, Xcode, VS Code; Agile, Scrum, Kanban.</w:t>
      </w:r>
    </w:p>
    <w:p>
      <w:pPr>
        <w:pStyle w:val="ResumeSkills"/>
      </w:pPr>
      <w:r>
        <w:rPr>
          <w:b/>
        </w:rPr>
        <w:t xml:space="preserve">Marketing &amp; analytics: </w:t>
      </w:r>
      <w:r>
        <w:t>SEO, Google Search Console, Google Analytics, Marketo, SendGrid, Constant Contact.</w:t>
      </w:r>
    </w:p>
    <w:p>
      <w:pPr>
        <w:pStyle w:val="Heading1"/>
        <w:pBdr>
          <w:bottom w:val="single" w:sz="4" w:color="BCCBD7" w:space="3"/>
        </w:pBdr>
      </w:pPr>
      <w:r>
        <w:t>EDUCATION</w:t>
      </w:r>
    </w:p>
    <w:p>
      <w:pPr>
        <w:pStyle w:val="ResumeSkills"/>
      </w:pPr>
      <w:r>
        <w:rPr>
          <w:b/>
        </w:rPr>
        <w:t xml:space="preserve">Bachelor of Arts in Computer Science — </w:t>
      </w:r>
      <w:r>
        <w:t>New Mexico State University · Las Cruces, NM | 2008</w:t>
      </w:r>
    </w:p>
    <w:p>
      <w:pPr>
        <w:pStyle w:val="ResumeSkills"/>
      </w:pPr>
      <w:r>
        <w:rPr>
          <w:b/>
        </w:rPr>
        <w:t xml:space="preserve">Associate of Applied Science in Computer Science — </w:t>
      </w:r>
      <w:r>
        <w:t>Northwest College · Powell, WY | 2005</w:t>
      </w:r>
    </w:p>
    <w:sectPr w:rsidR="00FC693F" w:rsidRPr="0006063C" w:rsidSect="00034616">
      <w:footerReference w:type="default" r:id="rId9"/>
      <w:pgSz w:w="12240" w:h="15840"/>
      <w:pgMar w:top="806" w:right="936" w:bottom="792"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spacing w:after="0"/>
    </w:pPr>
    <w:r>
      <w:rPr>
        <w:rFonts w:ascii="Calibri" w:hAnsi="Calibri"/>
        <w:color w:val="6B7785"/>
        <w:sz w:val="16"/>
      </w:rPr>
      <w:t>AJ SCHLEICH</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42">
    <w:multiLevelType w:val="singleLevel"/>
    <w:lvl w:ilvl="0">
      <w:start w:val="1"/>
      <w:numFmt w:val="bullet"/>
      <w:lvlText w:val="•"/>
      <w:lvlJc w:val="left"/>
      <w:pPr>
        <w:ind w:left="202" w:hanging="202"/>
      </w:pPr>
    </w:lvl>
  </w:abstract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0" w:lineRule="auto"/>
    </w:pPr>
    <w:rPr>
      <w:rFonts w:ascii="Calibri" w:hAnsi="Calibri"/>
      <w:color w:val="25314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163653"/>
      <w:sz w:val="2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63653"/>
      <w:sz w:val="21"/>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6365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Contact">
    <w:name w:val="Resume Contact"/>
    <w:basedOn w:val="Normal"/>
    <w:pPr>
      <w:keepNext/>
      <w:spacing w:after="120"/>
    </w:pPr>
    <w:rPr>
      <w:sz w:val="18"/>
    </w:rPr>
  </w:style>
  <w:style w:type="paragraph" w:customStyle="1" w:styleId="ResumeDates">
    <w:name w:val="Resume Dates"/>
    <w:basedOn w:val="Normal"/>
    <w:pPr>
      <w:keepNext/>
      <w:spacing w:after="80"/>
    </w:pPr>
    <w:rPr>
      <w:color w:val="576675"/>
      <w:sz w:val="18"/>
    </w:rPr>
  </w:style>
  <w:style w:type="paragraph" w:customStyle="1" w:styleId="ResumeBullet">
    <w:name w:val="Resume Bullet"/>
    <w:basedOn w:val="Normal"/>
    <w:pPr>
      <w:keepLines/>
      <w:spacing w:after="60"/>
      <w:ind w:left="202" w:hanging="202"/>
    </w:pPr>
  </w:style>
  <w:style w:type="paragraph" w:customStyle="1" w:styleId="ResumeSkills">
    <w:name w:val="Resume Skills"/>
    <w:basedOn w:val="Normal"/>
    <w:pPr>
      <w:spacing w:after="6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 Schleich | Software Design &amp; Engineering Leadership</dc:title>
  <dc:subject>Professional resume</dc:subject>
  <dc:creator>AJ Schleich</dc:creator>
  <cp:keywords>Software Design, UX Leadership, C#, .NET, Wisej, Figma, Design Systems</cp:keywords>
  <dc:description/>
  <cp:lastModifiedBy>AJ Schleich</cp:lastModifiedBy>
  <cp:revision>1</cp:revision>
  <dcterms:created xsi:type="dcterms:W3CDTF">2013-12-23T23:15:00Z</dcterms:created>
  <dcterms:modified xsi:type="dcterms:W3CDTF">2026-09-14T14:45:26Z</dcterms:modified>
  <cp:category/>
</cp:coreProperties>
</file>